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אישית כמו תקציב, חיסכון וחוב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ולתכנן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לבנק ולתלוש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מזומן זה שטרות ומטבעות, דיגיטלי זה בחשבון או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לתת דבר אחד ולקבל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 הוא הכרחי, רצון הוא נחמד שיהיה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מינוס הוא יתרה שלילית, לא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(משהו שאי אפשר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(משהו שנחמד שיהיה)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(תשלום על שימוש בכסף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(השכר לפני ניכויים)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דרך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מטרה לחיסכון, למשל קניית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כסף צריך בסך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כמה כסף אפשר לחסוך כל שבוע או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כמה זמן ייקח להגיע למטרה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צורך - ספרי לימוד, רצון - משחק מחשב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נחמד שיהיה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 ניכויים - מה שמקבלים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יש ולתכנן הוצאות בלי להגיע למינוס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משחק 'צורך או רצון' כפתיחה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מחיי התלמידים כמו דמי כיס או 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מושגים מהעולם של כסף: מהחלפה ועד כסף דיגיטלי, תקציב, חיסכון, בנק ועבודה 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הוצאה  ·  תקציב  ·  הכנסה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מזומן לכסף 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מזומן זה שטרות ומטבעות, דיגיטלי זה בחשבון או בכרטיס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מזומן זה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החלפה (בארטר)?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דבר אחד ולקבל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לשים כסף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 הוא הכרחי, רצון הוא 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 הוא הכרחי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היא תשלום על שימוש בכסף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מינוס הוא יתרה חיובית בחשבון הבנק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כסף שנכנס אליי, כמו דמי כיס או משכורת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כסף שיוצא ממני, כמו קנייה או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היא תוכנית שמראה כמה כסף יש ועל מה מוציאים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משהו שנחמד שיהיה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תשלום על שימוש בכסף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משהו שאי אפשר בלעדיו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דרך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כמה זמן ייקח להגיע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כמה כסף אפשר לחסוך כל שבוע או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מטרה לחיסכון, למשל קניית 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כמה כסף צריך בסך הכול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לצורך ודוגמה לרצון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