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בכלכלה אישית כמו תקציב, חיסכון וחוב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 ולתכנן קנייה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לבנק ולתלוש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מזומן זה שטרות ומטבעות, דיגיטלי זה בחשבון או 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לתת דבר אחד ולקבל דבר אחר בלי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צורך הוא הכרחי, רצון הוא נחמד שיהיה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פרסום שגורם לקנות גם כשלא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ההבדל בין הכנסות להוצאות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השכר לפני ניכויים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מינוס הוא יתרה שלילית, לא 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נטו הוא הסכום בפועל אחרי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חוב הוא כסף שצריך להחזיר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ההגדרה של תלוש שכר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תלוש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(משהו שאי אפשר בלעדיו)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(משהו שנחמד שיהיה)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(תשלום על שימוש בכסף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(השכר לפני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(השכר שנכנס בפועל)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(יתרה שלילית בחשבון הבנק)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דרך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מטרה לחיסכון, למשל קניית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כמה כסף צריך בסך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מחליטים כמה כסף אפשר לחסוך כל שבוע או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מחשבים כמה זמן ייקח להגיע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שומרים את הכסף בעקביות עד שמגיעים למטרה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צורך - ספרי לימוד, רצון - משחק מחשב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לדעת כמה כסף יש, לתכנן הוצאות ולא להיכנס למינוס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ברוטו הוא לפני ניכויים ונטו אחרי, חשוב להבין כמה כסף באמת מקבלים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הכרחי, רצון נחמד שיהיה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ברוטו לפני ניכויים, נטו אחרי ניכויים - מה שמקבלים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כמה כסף יש ולתכנן הוצאות בלי להגיע למינוס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משחק 'צורך או רצון' כפתיחה לפני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אמיתיות מחיי התלמידים כמו דמי כיס או קניות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על כסף: קניות, חיסכון, בנק ועבודה. נעשה תרגילים קצרים וקלים.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כמה כסף יש ועל מה מוציאים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שנכנס אליי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שיוצא ממני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לעתיד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על שימוש בכסף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שקיבלתי וצריך להחזיר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ברוטו ונטו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השכר לפני ואחרי ניכויים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 ורצון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הכרחי לעומת דבר נחמד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מזומן לכסף בכרטיס?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מזומן זה שטרות ומטבעות, דיגיטלי זה בחשבון או בכרטיס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מזומן זה רק 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דיגיטלי זה רק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החלפה?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בכרטיס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דבר אחד ולקבל דבר אחר בלי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לשים כסף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לקבל משכורת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 הוא הכרחי, רצון הוא נחמד שיהיה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הוא הכרחי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אותו דבר בקנייה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צריך להיזהר ממבצעים?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 אמיתית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פרסום שגורם לקנות גם כשלא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משכורת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יתרה?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סכום ההכנסות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סכום ההוצאות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ההבדל בין הכנסות להוצאות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הריבית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ברוטו?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השכר אחרי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הבונוס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כסף ששומרים לעתיד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היא תשלום על שימוש בכסף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מינוס הוא יתרה חיובית בחשבון הבנק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נטו הוא השכר שנכנס בפועל לחשבון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 הוא כסף שאפשר לשכוח ממנו ולא להחזיר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תלוש שכר מפרט את השכר והניכויים בכל חודש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כסף שנכנס אליי, כמו דמי כיס או משכורת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כסף שיוצא ממני, כמו קנייה או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תוכנית שמראה כמה כסף יש ועל מה מוציאים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מקבלים כסף וצריך להחזיר אותו, זה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המסמך שמפרט את השכר והניכויים בכל 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משהו שאי אפשר בלעדיו נקרא __________, לעומת רצון שהוא נחמד שיהיה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השכר לפני ניכויים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משהו שאי אפשר בלעדיו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השכר שנכנס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משהו שנחמד שיהיה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יתרה שלילית בחשבון הבנק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מינוס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תשלום על שימוש בכסף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דרך לחיסכון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כמה כסף אפשר לחסוך כל שבוע או 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שומרים את הכסף בעקביות עד שמגיעים למטרה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כמה כסף צריך בסך הכול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מטרה לחיסכון, למשל קניית אופניים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כמה זמן ייקח להגיע למטרה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לצורך ודוגמה לרצון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לנהל תקציב אישי?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ברוטו לנטו ולמה חשוב להכיר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ברוטו לנטו?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לנהל תקציב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בחיים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