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כסף בחיים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מושגי יסוד בכלכלה אישית כמו תקציב, חיסכון וחוב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להבדיל בין צורך לרצון ולתכנן קנייה חכמה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מושגים הקשורים לבנק ולתלוש שכר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מזומן זה שטרות ומטבעות, דיגיטלי זה בחשבון או בכרטיס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לתת דבר אחד ולקבל דבר אחר בלי כסף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צורך הוא הכרחי, רצון הוא נחמד שיהיה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פרסום שגורם לקנות גם כשלא צריך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ההבדל בין הכנסות להוצאות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השכר לפני ניכויים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 המושג 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זו ההגדרה המדויקת של ריבית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מינוס הוא יתרה שלילית, לא חיובית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נטו הוא הסכום בפועל אחרי ניכויים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חוב הוא כסף שצריך להחזיר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זו ההגדרה של תלוש שכר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הכנסה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תקציב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תלוש שכר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צורך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(משהו שאי אפשר בלעדיו)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(משהו שנחמד שיהיה)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(תשלום על שימוש בכסף לאורך זמן)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ו (השכר לפני ניכויים)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(השכר שנכנס בפועל)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ה (יתרה שלילית בחשבון הבנק)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– דרך לחיסכון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קובעים מטרה לחיסכון, למשל קניית אופניים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בודקים כמה כסף צריך בסך הכול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מחליטים כמה כסף אפשר לחסוך כל שבוע או חודש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מחשבים כמה זמן ייקח להגיע למטרה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שומרים את הכסף בעקביות עד שמגיעים למטרה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צורך - ספרי לימוד, רצון - משחק מחשב 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לדעת כמה כסף יש, לתכנן הוצאות ולא להיכנס למינוס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ברוטו הוא לפני ניכויים ונטו אחרי, חשוב להבין כמה כסף באמת מקבלים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צורך הכרחי, רצון נחמד שיהיה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ברוטו לפני ניכויים, נטו אחרי ניכויים - מה שמקבלים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לדעת כמה כסף יש ולתכנן הוצאות בלי להגיע למינוס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לשלב את משחק 'צורך או רצון' כפתיחה לפני חלק ההתאמה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לדון בדוגמאות אמיתיות מחיי התלמידים כמו דמי כיס או קניות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בחיים שלי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כסף בחיים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מושגים מהעולם של כסף: מהחלפה ועד כסף דיגיטלי, תקציב, חיסכון, בנק ועבודה ראשונה.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ההבדל העיקרי בין מזומן לכסף דיגיטלי?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 בכלל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מזומן זה שטרות ומטבעות, דיגיטלי זה בחשבון או בכרטיס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מזומן זה רק מטבעות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דיגיטלי זה רק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החלפה (בארטר)?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לקנות בכרטיס אשראי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לתת דבר אחד ולקבל דבר אחר בלי כסף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לשים כסף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לקבל משכורת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צורך לרצון?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צורך הוא הכרחי, רצון הוא נחמד שיהיה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רצון הוא הכרחי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שניהם אותו דבר בקנייה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'מבצע' שצריך להיזהר ממנו?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הנחה אמיתית תמיד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פרסום שגורם לקנות גם כשלא צריך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חיסכון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משכורת גבוהה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מהי יתרה בתקציב?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סכום ההכנסות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סכום ההוצאות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ההבדל בין הכנסות להוצאות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הריבית בבנק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מהו ברוטו?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השכר אחרי ניכויים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השכר לפני ניכויים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הבונוס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המס בלבד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חיסכון הוא כסף ששומרים לעתיד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ריבית היא תשלום על שימוש בכסף לאורך זמן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מינוס הוא יתרה חיובית בחשבון הבנק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נטו הוא השכר שנכנס בפועל לחשבון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חוב הוא כסף שאפשר לשכוח ממנו ולא להחזיר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תלוש שכר מפרט את השכר והניכויים בכל חודש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הוא כסף שנכנס אליי, כמו דמי כיס או משכורת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הוא כסף שיוצא ממני, כמו קנייה או תשלום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היא תוכנית שמראה כמה כסף יש ועל מה מוציאים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כאשר מקבלים כסף וצריך להחזיר אותו, זה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הוא המסמך שמפרט את השכר והניכויים בכל חודש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משהו שאי אפשר בלעדיו נקרא __________, לעומת רצון שהוא נחמד שיהיה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צורך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משהו שנחמד שיהיה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רצון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השכר שנכנס בפועל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ריבית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משהו שאי אפשר בלעדיו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ברוטו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תשלום על שימוש בכסף לאורך זמן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נטו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יתרה שלילית בחשבון הבנק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מינוס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השכר לפני ניכויים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– דרך לחיסכון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כמה כסף צריך בסך הכול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קובעים מטרה לחיסכון, למשל קניית אופניים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מחשבים כמה זמן ייקח להגיע למטרה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שומרים את הכסף בעקביות עד שמגיעים למטרה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מחליטים כמה כסף אפשר לחסוך כל שבוע או חודש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תנו דוגמה לצורך ודוגמה לרצון מהחיים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מדוע חשוב לנהל תקציב אישי?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ההבדל בין ברוטו לנטו ולמה חשוב להכיר אותו?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צורך לרצון?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ברוטו לנטו?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לנהל תקציב אישי?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כסף בחיים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